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731AA7" w:rsidRPr="00362CCB" w14:paraId="3DFBDEF4" w14:textId="77777777" w:rsidTr="001E3934">
        <w:trPr>
          <w:jc w:val="center"/>
        </w:trPr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DBE5F1" w:themeFill="accent1" w:themeFillTint="33"/>
          </w:tcPr>
          <w:p w14:paraId="678FAF56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color w:val="666666"/>
                <w:szCs w:val="24"/>
              </w:rPr>
              <w:t>Kanzleilogo hier einfügen</w:t>
            </w:r>
          </w:p>
        </w:tc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DBE5F1" w:themeFill="accent1" w:themeFillTint="33"/>
          </w:tcPr>
          <w:p w14:paraId="0E466776" w14:textId="77777777" w:rsidR="00731AA7" w:rsidRPr="00362CCB" w:rsidRDefault="009A459A">
            <w:pPr>
              <w:spacing w:after="0"/>
              <w:jc w:val="right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b/>
                <w:color w:val="00529E"/>
                <w:sz w:val="20"/>
                <w:szCs w:val="24"/>
              </w:rPr>
              <w:t>Muster-Teilnahmebescheinigung</w:t>
            </w:r>
            <w:r w:rsidRPr="00362CCB">
              <w:rPr>
                <w:rFonts w:ascii="Source Sans Pro" w:hAnsi="Source Sans Pro"/>
                <w:b/>
                <w:color w:val="00529E"/>
                <w:sz w:val="20"/>
                <w:szCs w:val="24"/>
              </w:rPr>
              <w:br/>
              <w:t>KI-Kompetenz in der Steuerkanzlei</w:t>
            </w:r>
          </w:p>
        </w:tc>
      </w:tr>
    </w:tbl>
    <w:p w14:paraId="5E16501F" w14:textId="77777777" w:rsidR="00362CCB" w:rsidRDefault="00362CCB">
      <w:pPr>
        <w:spacing w:before="120" w:after="40"/>
        <w:jc w:val="center"/>
        <w:rPr>
          <w:rFonts w:ascii="Source Sans Pro" w:hAnsi="Source Sans Pro"/>
          <w:b/>
          <w:color w:val="00529E"/>
          <w:sz w:val="40"/>
          <w:szCs w:val="24"/>
        </w:rPr>
      </w:pPr>
    </w:p>
    <w:p w14:paraId="02A4FC41" w14:textId="7071F023" w:rsidR="00731AA7" w:rsidRPr="00362CCB" w:rsidRDefault="009A459A">
      <w:pPr>
        <w:spacing w:before="120" w:after="40"/>
        <w:jc w:val="center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b/>
          <w:color w:val="00529E"/>
          <w:sz w:val="40"/>
          <w:szCs w:val="24"/>
        </w:rPr>
        <w:t>Teilnahmebescheinigung</w:t>
      </w:r>
    </w:p>
    <w:p w14:paraId="0E6DF347" w14:textId="77777777" w:rsidR="00731AA7" w:rsidRPr="00362CCB" w:rsidRDefault="009A459A">
      <w:pPr>
        <w:spacing w:after="120"/>
        <w:jc w:val="center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b/>
          <w:sz w:val="22"/>
          <w:szCs w:val="24"/>
        </w:rPr>
        <w:t>zur Schulung „KI-Kompetenz in der Steuerkanzlei“</w:t>
      </w:r>
    </w:p>
    <w:p w14:paraId="2B1A9DF9" w14:textId="32754A7A" w:rsidR="00731AA7" w:rsidRPr="00362CCB" w:rsidRDefault="009A459A">
      <w:pPr>
        <w:spacing w:after="120"/>
        <w:rPr>
          <w:rFonts w:ascii="Source Sans Pro" w:hAnsi="Source Sans Pro"/>
          <w:i/>
          <w:iCs/>
          <w:sz w:val="20"/>
          <w:szCs w:val="24"/>
        </w:rPr>
      </w:pPr>
      <w:r w:rsidRPr="00362CCB">
        <w:rPr>
          <w:rFonts w:ascii="Source Sans Pro" w:hAnsi="Source Sans Pro"/>
          <w:i/>
          <w:iCs/>
          <w:sz w:val="20"/>
          <w:szCs w:val="24"/>
        </w:rPr>
        <w:t>Diese Vorlage dient der internen Dokumentation. Bitte Kanzleiname, Logo, Inhalte, Datum und verantwortliche Person ergänzen</w:t>
      </w:r>
      <w:r w:rsidR="00362CCB" w:rsidRPr="00362CCB">
        <w:rPr>
          <w:rFonts w:ascii="Source Sans Pro" w:hAnsi="Source Sans Pro"/>
          <w:i/>
          <w:iCs/>
          <w:sz w:val="20"/>
          <w:szCs w:val="24"/>
        </w:rPr>
        <w:t xml:space="preserve"> und diese Zeile löschen.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7591"/>
      </w:tblGrid>
      <w:tr w:rsidR="00731AA7" w:rsidRPr="00362CCB" w14:paraId="5976F692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372B2642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Kanzlei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6792CA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[Kanzleiname einfügen]</w:t>
            </w:r>
          </w:p>
        </w:tc>
      </w:tr>
      <w:tr w:rsidR="00731AA7" w:rsidRPr="00362CCB" w14:paraId="1E2CC8A5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43DE18CE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Teilnehmende Person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A6A618A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[Name einfügen]</w:t>
            </w:r>
          </w:p>
        </w:tc>
      </w:tr>
      <w:tr w:rsidR="00731AA7" w:rsidRPr="00362CCB" w14:paraId="0DC5F667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371A2FCB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Funktion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2A84E06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[Funktion einfügen]</w:t>
            </w:r>
          </w:p>
        </w:tc>
      </w:tr>
      <w:tr w:rsidR="00731AA7" w:rsidRPr="00362CCB" w14:paraId="5204D494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7E8A8610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Datum der Schulung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34610F2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[Datum einfügen]</w:t>
            </w:r>
          </w:p>
        </w:tc>
      </w:tr>
      <w:tr w:rsidR="00731AA7" w:rsidRPr="00362CCB" w14:paraId="77EE643D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1E5C023E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Dauer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CEBB25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[Dauer einfügen]</w:t>
            </w:r>
          </w:p>
        </w:tc>
      </w:tr>
      <w:tr w:rsidR="00731AA7" w:rsidRPr="00362CCB" w14:paraId="7586BC10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0F886449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Format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7BFC30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[online / Präsenz / intern / extern]</w:t>
            </w:r>
          </w:p>
        </w:tc>
      </w:tr>
      <w:tr w:rsidR="00731AA7" w:rsidRPr="00362CCB" w14:paraId="7B702F32" w14:textId="77777777" w:rsidTr="001E3934">
        <w:trPr>
          <w:jc w:val="center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14:paraId="4CE9B11D" w14:textId="77777777" w:rsidR="00731AA7" w:rsidRPr="001E3934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1E3934">
              <w:rPr>
                <w:rFonts w:ascii="Source Sans Pro" w:hAnsi="Source Sans Pro"/>
                <w:b/>
                <w:sz w:val="20"/>
                <w:szCs w:val="24"/>
              </w:rPr>
              <w:t>Durchgeführt durch</w:t>
            </w:r>
          </w:p>
        </w:tc>
        <w:tc>
          <w:tcPr>
            <w:tcW w:w="75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C3C96C1" w14:textId="77777777" w:rsidR="00731AA7" w:rsidRPr="00362CCB" w:rsidRDefault="009A459A">
            <w:pPr>
              <w:spacing w:after="0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 w:val="20"/>
                <w:szCs w:val="24"/>
              </w:rPr>
              <w:t>[Name / Anbieter einfügen]</w:t>
            </w:r>
          </w:p>
        </w:tc>
      </w:tr>
    </w:tbl>
    <w:p w14:paraId="44C5B5DC" w14:textId="77777777" w:rsidR="00362CCB" w:rsidRDefault="00362CCB">
      <w:pPr>
        <w:spacing w:before="140" w:after="60"/>
        <w:rPr>
          <w:rFonts w:ascii="Source Sans Pro" w:hAnsi="Source Sans Pro"/>
          <w:b/>
          <w:color w:val="00529E"/>
          <w:sz w:val="22"/>
          <w:szCs w:val="24"/>
        </w:rPr>
      </w:pPr>
    </w:p>
    <w:p w14:paraId="05B62ECB" w14:textId="77777777" w:rsidR="00362CCB" w:rsidRPr="00362CCB" w:rsidRDefault="00362CCB">
      <w:pPr>
        <w:spacing w:before="140" w:after="60"/>
        <w:rPr>
          <w:rFonts w:ascii="Source Sans Pro" w:hAnsi="Source Sans Pro"/>
          <w:b/>
          <w:color w:val="00529E"/>
          <w:sz w:val="22"/>
          <w:szCs w:val="24"/>
        </w:rPr>
      </w:pPr>
    </w:p>
    <w:p w14:paraId="19CF7D23" w14:textId="1C780E35" w:rsidR="00731AA7" w:rsidRPr="00362CCB" w:rsidRDefault="009A459A">
      <w:pPr>
        <w:spacing w:before="140" w:after="6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b/>
          <w:color w:val="00529E"/>
          <w:sz w:val="22"/>
          <w:szCs w:val="24"/>
        </w:rPr>
        <w:t>Bestätigte Schulungsinhalte</w:t>
      </w:r>
    </w:p>
    <w:p w14:paraId="480077D0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Grundlagen zum Einsatz von KI in der Steuerkanzlei</w:t>
      </w:r>
    </w:p>
    <w:p w14:paraId="55014712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KI-Kompetenz und Anforderungen des EU AI Acts</w:t>
      </w:r>
    </w:p>
    <w:p w14:paraId="2D105595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Datenschutz und Berufsverschwiegenheit beim KI-Einsatz</w:t>
      </w:r>
    </w:p>
    <w:p w14:paraId="66AFF903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freigegebene KI-Tools und interne Kanzleiregeln</w:t>
      </w:r>
    </w:p>
    <w:p w14:paraId="07F0D7A9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verbotene Eingaben und Datenminimierung</w:t>
      </w:r>
    </w:p>
    <w:p w14:paraId="3D8E33A1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Prüfung und Freigabe von KI-Ergebnissen</w:t>
      </w:r>
    </w:p>
    <w:p w14:paraId="135F7B09" w14:textId="77777777" w:rsidR="00731AA7" w:rsidRPr="00362CCB" w:rsidRDefault="009A459A">
      <w:pPr>
        <w:spacing w:after="20"/>
        <w:ind w:left="17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☐</w:t>
      </w:r>
      <w:r w:rsidRPr="00362CCB">
        <w:rPr>
          <w:rFonts w:ascii="Source Sans Pro" w:hAnsi="Source Sans Pro"/>
          <w:sz w:val="20"/>
          <w:szCs w:val="24"/>
        </w:rPr>
        <w:t xml:space="preserve">  Dokumentation, Verantwortlichkeiten und Rückfragen</w:t>
      </w:r>
    </w:p>
    <w:p w14:paraId="489455CE" w14:textId="77777777" w:rsidR="00362CCB" w:rsidRDefault="00362CCB">
      <w:pPr>
        <w:spacing w:after="20"/>
        <w:ind w:left="170"/>
        <w:rPr>
          <w:rFonts w:ascii="Source Sans Pro" w:hAnsi="Source Sans Pro"/>
          <w:sz w:val="20"/>
          <w:szCs w:val="24"/>
        </w:rPr>
      </w:pPr>
    </w:p>
    <w:p w14:paraId="2E1A803A" w14:textId="77777777" w:rsidR="00362CCB" w:rsidRPr="00362CCB" w:rsidRDefault="00362CCB">
      <w:pPr>
        <w:spacing w:after="20"/>
        <w:ind w:left="170"/>
        <w:rPr>
          <w:rFonts w:ascii="Source Sans Pro" w:hAnsi="Source Sans Pro"/>
          <w:sz w:val="20"/>
          <w:szCs w:val="24"/>
        </w:rPr>
      </w:pPr>
    </w:p>
    <w:p w14:paraId="50FFD00D" w14:textId="77777777" w:rsidR="00731AA7" w:rsidRPr="00362CCB" w:rsidRDefault="009A459A">
      <w:pPr>
        <w:spacing w:before="120" w:after="4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b/>
          <w:color w:val="00529E"/>
          <w:sz w:val="22"/>
          <w:szCs w:val="24"/>
        </w:rPr>
        <w:t>Bestätigung</w:t>
      </w:r>
    </w:p>
    <w:p w14:paraId="00DD5D04" w14:textId="77777777" w:rsidR="00731AA7" w:rsidRPr="00362CCB" w:rsidRDefault="009A459A">
      <w:pPr>
        <w:spacing w:after="60"/>
        <w:rPr>
          <w:rFonts w:ascii="Source Sans Pro" w:hAnsi="Source Sans Pro"/>
          <w:sz w:val="20"/>
          <w:szCs w:val="24"/>
        </w:rPr>
      </w:pPr>
      <w:r w:rsidRPr="00362CCB">
        <w:rPr>
          <w:rFonts w:ascii="Source Sans Pro" w:hAnsi="Source Sans Pro"/>
          <w:sz w:val="20"/>
          <w:szCs w:val="24"/>
        </w:rPr>
        <w:t>Hiermit wird bestätigt, dass die oben genannte Person an der Schulung zur KI-Kompetenz teilgenommen hat. Die Schulung diente der internen Sensibilisierung für einen verantwortungsvollen, datenschutzbewussten und fachlich geprüften Einsatz von KI-Systemen im Kanzleialltag.</w:t>
      </w:r>
    </w:p>
    <w:p w14:paraId="47461135" w14:textId="77777777" w:rsidR="00731AA7" w:rsidRDefault="009A459A">
      <w:pPr>
        <w:spacing w:after="100"/>
        <w:rPr>
          <w:rFonts w:ascii="Source Sans Pro" w:hAnsi="Source Sans Pro"/>
          <w:szCs w:val="24"/>
        </w:rPr>
      </w:pPr>
      <w:r w:rsidRPr="00362CCB">
        <w:rPr>
          <w:rFonts w:ascii="Source Sans Pro" w:hAnsi="Source Sans Pro"/>
          <w:szCs w:val="24"/>
        </w:rPr>
        <w:t>Hinweis: Diese Teilnahmebescheinigung dokumentiert die Teilnahme an der Schulung. Sie ersetzt keine individuelle rechtliche, steuerliche, datenschutzrechtliche, berufsrechtliche oder technische Prüfung im Einzelfall.</w:t>
      </w:r>
    </w:p>
    <w:p w14:paraId="57713ADA" w14:textId="77777777" w:rsidR="00362CCB" w:rsidRDefault="00362CCB">
      <w:pPr>
        <w:spacing w:after="100"/>
        <w:rPr>
          <w:rFonts w:ascii="Source Sans Pro" w:hAnsi="Source Sans Pro"/>
          <w:szCs w:val="24"/>
        </w:rPr>
      </w:pPr>
    </w:p>
    <w:p w14:paraId="2665BE08" w14:textId="77777777" w:rsidR="00362CCB" w:rsidRDefault="00362CCB">
      <w:pPr>
        <w:spacing w:after="100"/>
        <w:rPr>
          <w:rFonts w:ascii="Source Sans Pro" w:hAnsi="Source Sans Pro"/>
          <w:szCs w:val="24"/>
        </w:rPr>
      </w:pPr>
    </w:p>
    <w:p w14:paraId="4421CE04" w14:textId="77777777" w:rsidR="00362CCB" w:rsidRDefault="00362CCB">
      <w:pPr>
        <w:spacing w:after="100"/>
        <w:rPr>
          <w:rFonts w:ascii="Source Sans Pro" w:hAnsi="Source Sans Pro"/>
          <w:szCs w:val="24"/>
        </w:rPr>
      </w:pPr>
    </w:p>
    <w:p w14:paraId="14572C4A" w14:textId="77777777" w:rsidR="00362CCB" w:rsidRPr="00362CCB" w:rsidRDefault="00362CCB">
      <w:pPr>
        <w:spacing w:after="100"/>
        <w:rPr>
          <w:rFonts w:ascii="Source Sans Pro" w:hAnsi="Source Sans Pro"/>
          <w:sz w:val="20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731AA7" w:rsidRPr="00362CCB" w14:paraId="68C7A8AF" w14:textId="77777777">
        <w:trPr>
          <w:jc w:val="center"/>
        </w:trPr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60F0548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t>Ort, Datum</w:t>
            </w:r>
          </w:p>
        </w:tc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94A7717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t>Ort, Datum</w:t>
            </w:r>
          </w:p>
        </w:tc>
      </w:tr>
      <w:tr w:rsidR="00731AA7" w:rsidRPr="00362CCB" w14:paraId="4C27FA36" w14:textId="77777777">
        <w:trPr>
          <w:jc w:val="center"/>
        </w:trPr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E9F4107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br/>
              <w:t>______________________________</w:t>
            </w:r>
          </w:p>
        </w:tc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E8E8242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br/>
              <w:t>______________________________</w:t>
            </w:r>
          </w:p>
        </w:tc>
      </w:tr>
      <w:tr w:rsidR="00731AA7" w:rsidRPr="00362CCB" w14:paraId="035D612D" w14:textId="77777777">
        <w:trPr>
          <w:jc w:val="center"/>
        </w:trPr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4B6DA76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t>Unterschrift teilnehmende Person</w:t>
            </w:r>
          </w:p>
        </w:tc>
        <w:tc>
          <w:tcPr>
            <w:tcW w:w="521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E7A979" w14:textId="77777777" w:rsidR="00731AA7" w:rsidRPr="00362CCB" w:rsidRDefault="009A459A">
            <w:pPr>
              <w:spacing w:after="0"/>
              <w:jc w:val="center"/>
              <w:rPr>
                <w:rFonts w:ascii="Source Sans Pro" w:hAnsi="Source Sans Pro"/>
                <w:sz w:val="20"/>
                <w:szCs w:val="24"/>
              </w:rPr>
            </w:pPr>
            <w:r w:rsidRPr="00362CCB">
              <w:rPr>
                <w:rFonts w:ascii="Source Sans Pro" w:hAnsi="Source Sans Pro"/>
                <w:szCs w:val="24"/>
              </w:rPr>
              <w:t>Unterschrift Kanzlei / verantwortliche Person</w:t>
            </w:r>
          </w:p>
        </w:tc>
      </w:tr>
    </w:tbl>
    <w:p w14:paraId="3E1E5E7B" w14:textId="190C9433" w:rsidR="00362CCB" w:rsidRPr="00362CCB" w:rsidRDefault="00362CCB" w:rsidP="00362CCB">
      <w:pPr>
        <w:tabs>
          <w:tab w:val="left" w:pos="6135"/>
        </w:tabs>
        <w:rPr>
          <w:rFonts w:ascii="Source Sans Pro" w:hAnsi="Source Sans Pro"/>
          <w:sz w:val="20"/>
          <w:szCs w:val="24"/>
        </w:rPr>
      </w:pPr>
    </w:p>
    <w:sectPr w:rsidR="00362CCB" w:rsidRPr="00362CCB" w:rsidSect="00034616">
      <w:footerReference w:type="default" r:id="rId8"/>
      <w:pgSz w:w="12240" w:h="15840"/>
      <w:pgMar w:top="567" w:right="907" w:bottom="56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0DC2F" w14:textId="77777777" w:rsidR="009A459A" w:rsidRPr="00362CCB" w:rsidRDefault="009A459A">
      <w:pPr>
        <w:spacing w:after="0" w:line="240" w:lineRule="auto"/>
      </w:pPr>
      <w:r w:rsidRPr="00362CCB">
        <w:separator/>
      </w:r>
    </w:p>
  </w:endnote>
  <w:endnote w:type="continuationSeparator" w:id="0">
    <w:p w14:paraId="5C18812A" w14:textId="77777777" w:rsidR="009A459A" w:rsidRPr="00362CCB" w:rsidRDefault="009A459A">
      <w:pPr>
        <w:spacing w:after="0" w:line="240" w:lineRule="auto"/>
      </w:pPr>
      <w:r w:rsidRPr="00362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0B6B" w14:textId="77777777" w:rsidR="00731AA7" w:rsidRPr="00362CCB" w:rsidRDefault="009A459A">
    <w:pPr>
      <w:pStyle w:val="Fuzeile"/>
      <w:jc w:val="center"/>
      <w:rPr>
        <w:rFonts w:ascii="Source Sans Pro" w:hAnsi="Source Sans Pro"/>
      </w:rPr>
    </w:pPr>
    <w:r w:rsidRPr="00362CCB">
      <w:rPr>
        <w:rFonts w:ascii="Source Sans Pro" w:hAnsi="Source Sans Pro"/>
        <w:color w:val="666666"/>
        <w:sz w:val="14"/>
      </w:rPr>
      <w:t>INFO-Arbeitshilfe | KI-Kompetenzpaket für Steuerkanzleien | Muster-Vorlage zur Anpassung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49CF" w14:textId="77777777" w:rsidR="009A459A" w:rsidRPr="00362CCB" w:rsidRDefault="009A459A">
      <w:pPr>
        <w:spacing w:after="0" w:line="240" w:lineRule="auto"/>
      </w:pPr>
      <w:r w:rsidRPr="00362CCB">
        <w:separator/>
      </w:r>
    </w:p>
  </w:footnote>
  <w:footnote w:type="continuationSeparator" w:id="0">
    <w:p w14:paraId="38CD1333" w14:textId="77777777" w:rsidR="009A459A" w:rsidRPr="00362CCB" w:rsidRDefault="009A459A">
      <w:pPr>
        <w:spacing w:after="0" w:line="240" w:lineRule="auto"/>
      </w:pPr>
      <w:r w:rsidRPr="00362CC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1637592">
    <w:abstractNumId w:val="8"/>
  </w:num>
  <w:num w:numId="2" w16cid:durableId="1711222971">
    <w:abstractNumId w:val="6"/>
  </w:num>
  <w:num w:numId="3" w16cid:durableId="1651860279">
    <w:abstractNumId w:val="5"/>
  </w:num>
  <w:num w:numId="4" w16cid:durableId="450633576">
    <w:abstractNumId w:val="4"/>
  </w:num>
  <w:num w:numId="5" w16cid:durableId="1081221983">
    <w:abstractNumId w:val="7"/>
  </w:num>
  <w:num w:numId="6" w16cid:durableId="1516922938">
    <w:abstractNumId w:val="3"/>
  </w:num>
  <w:num w:numId="7" w16cid:durableId="2019890130">
    <w:abstractNumId w:val="2"/>
  </w:num>
  <w:num w:numId="8" w16cid:durableId="84573764">
    <w:abstractNumId w:val="1"/>
  </w:num>
  <w:num w:numId="9" w16cid:durableId="43151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3934"/>
    <w:rsid w:val="0029639D"/>
    <w:rsid w:val="00326F90"/>
    <w:rsid w:val="00362CCB"/>
    <w:rsid w:val="00731AA7"/>
    <w:rsid w:val="008B27B2"/>
    <w:rsid w:val="009A45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7394A"/>
  <w14:defaultImageDpi w14:val="300"/>
  <w15:docId w15:val="{108F9457-B343-437D-B2E5-CDEE5977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eastAsia="Aptos" w:hAnsi="Aptos"/>
      <w:sz w:val="18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Desire Valentini Info-Steuerseminar</cp:lastModifiedBy>
  <cp:revision>3</cp:revision>
  <dcterms:created xsi:type="dcterms:W3CDTF">2013-12-23T23:15:00Z</dcterms:created>
  <dcterms:modified xsi:type="dcterms:W3CDTF">2026-08-20T11:36:00Z</dcterms:modified>
  <cp:category/>
</cp:coreProperties>
</file>